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94E8B" w14:textId="77777777" w:rsidR="00EF2840" w:rsidRPr="00427455" w:rsidRDefault="003C15B8" w:rsidP="00427455">
      <w:pPr>
        <w:spacing w:after="0" w:line="240" w:lineRule="auto"/>
        <w:rPr>
          <w:rFonts w:cs="Arial"/>
          <w:b/>
          <w:lang w:val="pl-PL"/>
        </w:rPr>
      </w:pPr>
      <w:r w:rsidRPr="00427455">
        <w:rPr>
          <w:rFonts w:cs="Arial"/>
          <w:b/>
          <w:lang w:val="pl-PL"/>
        </w:rPr>
        <w:t xml:space="preserve">OGŁOSZENIE </w:t>
      </w:r>
    </w:p>
    <w:p w14:paraId="482707C8" w14:textId="77777777" w:rsidR="00CB0BC2" w:rsidRPr="00427455" w:rsidRDefault="003C15B8" w:rsidP="00427455">
      <w:pPr>
        <w:spacing w:after="0" w:line="240" w:lineRule="auto"/>
        <w:rPr>
          <w:rFonts w:cs="Arial"/>
          <w:lang w:val="pl-PL"/>
        </w:rPr>
      </w:pPr>
      <w:r w:rsidRPr="00427455">
        <w:rPr>
          <w:rFonts w:cs="Arial"/>
          <w:b/>
          <w:lang w:val="pl-PL"/>
        </w:rPr>
        <w:t>O NABORZE NA WOLNE STANOWISKO PRACY</w:t>
      </w:r>
    </w:p>
    <w:p w14:paraId="1C6262F8" w14:textId="77777777" w:rsidR="003C15B8" w:rsidRPr="00427455" w:rsidRDefault="003C15B8" w:rsidP="00427455">
      <w:pPr>
        <w:spacing w:after="0" w:line="240" w:lineRule="auto"/>
        <w:rPr>
          <w:rFonts w:cs="Arial"/>
          <w:lang w:val="pl-PL"/>
        </w:rPr>
      </w:pPr>
    </w:p>
    <w:p w14:paraId="057B795F" w14:textId="77777777" w:rsidR="00EE759A" w:rsidRPr="00427455" w:rsidRDefault="003C15B8" w:rsidP="00427455">
      <w:pPr>
        <w:spacing w:after="0" w:line="240" w:lineRule="auto"/>
        <w:rPr>
          <w:rFonts w:cs="Arial"/>
          <w:lang w:val="pl-PL"/>
        </w:rPr>
      </w:pPr>
      <w:r w:rsidRPr="00427455">
        <w:rPr>
          <w:rFonts w:cs="Arial"/>
          <w:lang w:val="pl-PL"/>
        </w:rPr>
        <w:t xml:space="preserve">Dyrektor </w:t>
      </w:r>
    </w:p>
    <w:p w14:paraId="6CEBEA9B" w14:textId="77777777" w:rsidR="00CB0BC2" w:rsidRPr="00427455" w:rsidRDefault="00EE759A" w:rsidP="00427455">
      <w:pPr>
        <w:spacing w:after="0" w:line="240" w:lineRule="auto"/>
        <w:rPr>
          <w:rFonts w:cs="Arial"/>
          <w:lang w:val="pl-PL"/>
        </w:rPr>
      </w:pPr>
      <w:r w:rsidRPr="00427455">
        <w:rPr>
          <w:rFonts w:cs="Arial"/>
          <w:lang w:val="pl-PL"/>
        </w:rPr>
        <w:t>Zespołu Szkół Technicznych we Włocławku</w:t>
      </w:r>
      <w:r w:rsidR="003C15B8" w:rsidRPr="00427455">
        <w:rPr>
          <w:rFonts w:cs="Arial"/>
          <w:lang w:val="pl-PL"/>
        </w:rPr>
        <w:br/>
        <w:t>ogłasza nabór na wolne stanowisko nieurzędnicze:</w:t>
      </w:r>
    </w:p>
    <w:p w14:paraId="319425E2" w14:textId="77777777" w:rsidR="00EE759A" w:rsidRPr="00427455" w:rsidRDefault="00EE759A" w:rsidP="00427455">
      <w:pPr>
        <w:spacing w:after="0" w:line="240" w:lineRule="auto"/>
        <w:rPr>
          <w:rFonts w:cs="Arial"/>
          <w:b/>
          <w:lang w:val="pl-PL"/>
        </w:rPr>
      </w:pPr>
    </w:p>
    <w:p w14:paraId="1B7E2665" w14:textId="77777777" w:rsidR="00CB0BC2" w:rsidRPr="00427455" w:rsidRDefault="003C15B8" w:rsidP="00427455">
      <w:pPr>
        <w:spacing w:after="0" w:line="240" w:lineRule="auto"/>
        <w:rPr>
          <w:rFonts w:cs="Arial"/>
          <w:b/>
          <w:lang w:val="pl-PL"/>
        </w:rPr>
      </w:pPr>
      <w:r w:rsidRPr="00427455">
        <w:rPr>
          <w:rFonts w:cs="Arial"/>
          <w:b/>
          <w:lang w:val="pl-PL"/>
        </w:rPr>
        <w:t>PRACOWNIK OBSŁUGI - OSOBA SPRZĄTAJĄCA</w:t>
      </w:r>
    </w:p>
    <w:p w14:paraId="5193BB9E" w14:textId="77777777" w:rsidR="00EE759A" w:rsidRPr="00427455" w:rsidRDefault="00EE759A" w:rsidP="00427455">
      <w:pPr>
        <w:spacing w:after="0" w:line="240" w:lineRule="auto"/>
        <w:rPr>
          <w:rFonts w:cs="Arial"/>
          <w:lang w:val="pl-PL"/>
        </w:rPr>
      </w:pPr>
    </w:p>
    <w:p w14:paraId="2B918ED1" w14:textId="77777777" w:rsidR="00CB0BC2" w:rsidRPr="00427455" w:rsidRDefault="003C15B8" w:rsidP="00427455">
      <w:pPr>
        <w:spacing w:after="0" w:line="240" w:lineRule="auto"/>
        <w:rPr>
          <w:rFonts w:cs="Arial"/>
          <w:lang w:val="pl-PL"/>
        </w:rPr>
      </w:pPr>
      <w:r w:rsidRPr="00427455">
        <w:rPr>
          <w:rFonts w:cs="Arial"/>
          <w:lang w:val="pl-PL"/>
        </w:rPr>
        <w:t>1.</w:t>
      </w:r>
      <w:r w:rsidRPr="00427455">
        <w:rPr>
          <w:rFonts w:cs="Arial"/>
          <w:b/>
          <w:lang w:val="pl-PL"/>
        </w:rPr>
        <w:t xml:space="preserve"> Nazwa stanowiska pracy: Pracownik obsługi – osoba sprzątająca.</w:t>
      </w:r>
      <w:r w:rsidRPr="00427455">
        <w:rPr>
          <w:rFonts w:cs="Arial"/>
          <w:lang w:val="pl-PL"/>
        </w:rPr>
        <w:br/>
        <w:t>2.</w:t>
      </w:r>
      <w:r w:rsidRPr="00427455">
        <w:rPr>
          <w:rFonts w:cs="Arial"/>
          <w:b/>
          <w:lang w:val="pl-PL"/>
        </w:rPr>
        <w:t xml:space="preserve"> Wymiar czasu pracy: </w:t>
      </w:r>
      <w:r w:rsidR="00EE759A" w:rsidRPr="00427455">
        <w:rPr>
          <w:rFonts w:cs="Arial"/>
          <w:lang w:val="pl-PL"/>
        </w:rPr>
        <w:t>1,0 etat</w:t>
      </w:r>
      <w:r w:rsidRPr="00427455">
        <w:rPr>
          <w:rFonts w:cs="Arial"/>
          <w:lang w:val="pl-PL"/>
        </w:rPr>
        <w:br/>
        <w:t>3.</w:t>
      </w:r>
      <w:r w:rsidRPr="00427455">
        <w:rPr>
          <w:rFonts w:cs="Arial"/>
          <w:b/>
          <w:lang w:val="pl-PL"/>
        </w:rPr>
        <w:t xml:space="preserve"> Rodzaj umowy: </w:t>
      </w:r>
      <w:r w:rsidRPr="00427455">
        <w:rPr>
          <w:rFonts w:cs="Arial"/>
          <w:lang w:val="pl-PL"/>
        </w:rPr>
        <w:t>Umowa o pra</w:t>
      </w:r>
      <w:r w:rsidR="00EE759A" w:rsidRPr="00427455">
        <w:rPr>
          <w:rFonts w:cs="Arial"/>
          <w:lang w:val="pl-PL"/>
        </w:rPr>
        <w:t xml:space="preserve">cę na </w:t>
      </w:r>
      <w:r w:rsidRPr="00427455">
        <w:rPr>
          <w:rFonts w:cs="Arial"/>
          <w:lang w:val="pl-PL"/>
        </w:rPr>
        <w:t>okres próbny z możliwością przedłużenia na czas nieokreślony.</w:t>
      </w:r>
      <w:r w:rsidRPr="00427455">
        <w:rPr>
          <w:rFonts w:cs="Arial"/>
          <w:lang w:val="pl-PL"/>
        </w:rPr>
        <w:br/>
        <w:t>4.</w:t>
      </w:r>
      <w:r w:rsidRPr="00427455">
        <w:rPr>
          <w:rFonts w:cs="Arial"/>
          <w:b/>
          <w:lang w:val="pl-PL"/>
        </w:rPr>
        <w:t xml:space="preserve"> Miejsce wykonywania pracy: </w:t>
      </w:r>
      <w:r w:rsidR="00EE759A" w:rsidRPr="00427455">
        <w:rPr>
          <w:rFonts w:cs="Arial"/>
          <w:b/>
          <w:lang w:val="pl-PL"/>
        </w:rPr>
        <w:t>Zespół Szkół Technicznych we Włocławku</w:t>
      </w:r>
      <w:r w:rsidR="00EE759A" w:rsidRPr="00427455">
        <w:rPr>
          <w:rFonts w:cs="Arial"/>
          <w:lang w:val="pl-PL"/>
        </w:rPr>
        <w:t>, ul. Ogniowa 2</w:t>
      </w:r>
    </w:p>
    <w:p w14:paraId="0A20A96B" w14:textId="77777777" w:rsidR="00EE759A" w:rsidRPr="00427455" w:rsidRDefault="00EE759A" w:rsidP="00427455">
      <w:pPr>
        <w:spacing w:after="0" w:line="240" w:lineRule="auto"/>
        <w:rPr>
          <w:rFonts w:cs="Arial"/>
          <w:lang w:val="pl-PL"/>
        </w:rPr>
      </w:pPr>
    </w:p>
    <w:p w14:paraId="221017E8" w14:textId="77777777" w:rsidR="003C15B8" w:rsidRPr="00427455" w:rsidRDefault="003C15B8" w:rsidP="00427455">
      <w:pPr>
        <w:spacing w:after="0" w:line="240" w:lineRule="auto"/>
        <w:rPr>
          <w:rFonts w:eastAsia="Times New Roman" w:cs="Arial"/>
          <w:b/>
          <w:bCs/>
          <w:lang w:val="pl-PL" w:eastAsia="pl-PL"/>
        </w:rPr>
      </w:pPr>
    </w:p>
    <w:p w14:paraId="5E71F54C" w14:textId="77777777" w:rsidR="00CB0BC2" w:rsidRPr="00427455" w:rsidRDefault="00EF2840" w:rsidP="00427455">
      <w:pPr>
        <w:spacing w:after="0" w:line="240" w:lineRule="auto"/>
        <w:rPr>
          <w:rFonts w:cs="Arial"/>
          <w:lang w:val="pl-PL"/>
        </w:rPr>
      </w:pPr>
      <w:r w:rsidRPr="00427455">
        <w:rPr>
          <w:rFonts w:cs="Arial"/>
          <w:b/>
          <w:lang w:val="pl-PL"/>
        </w:rPr>
        <w:t>I</w:t>
      </w:r>
      <w:r w:rsidR="003C15B8" w:rsidRPr="00427455">
        <w:rPr>
          <w:rFonts w:cs="Arial"/>
          <w:b/>
          <w:lang w:val="pl-PL"/>
        </w:rPr>
        <w:t>. Wymagania niezbędne (formalne):</w:t>
      </w:r>
    </w:p>
    <w:p w14:paraId="54DC5287" w14:textId="77777777" w:rsidR="00CB0BC2" w:rsidRPr="00427455" w:rsidRDefault="003C15B8" w:rsidP="00427455">
      <w:pPr>
        <w:pStyle w:val="Listapunktowana"/>
        <w:numPr>
          <w:ilvl w:val="0"/>
          <w:numId w:val="10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Obywatelski polskie (lub znajomość języka polskiego potwierdzona dokumentem).</w:t>
      </w:r>
    </w:p>
    <w:p w14:paraId="2356F0CB" w14:textId="77777777" w:rsidR="00CB0BC2" w:rsidRPr="00427455" w:rsidRDefault="003C15B8" w:rsidP="00427455">
      <w:pPr>
        <w:pStyle w:val="Listapunktowana"/>
        <w:numPr>
          <w:ilvl w:val="0"/>
          <w:numId w:val="10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Pełna zdolność do czynności prawnych oraz korzystanie z pełni praw publicznych.</w:t>
      </w:r>
    </w:p>
    <w:p w14:paraId="596056DD" w14:textId="77777777" w:rsidR="00CB0BC2" w:rsidRPr="00427455" w:rsidRDefault="003C15B8" w:rsidP="00427455">
      <w:pPr>
        <w:pStyle w:val="Listapunktowana"/>
        <w:numPr>
          <w:ilvl w:val="0"/>
          <w:numId w:val="10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Brak skazania prawomocnym wyrokiem sądu za umyślne przestępstwo ścigane z oskarżenia publicznego lub umyślne przestępstwo skarbowe.</w:t>
      </w:r>
    </w:p>
    <w:p w14:paraId="5FF14230" w14:textId="77777777" w:rsidR="00CB0BC2" w:rsidRPr="00427455" w:rsidRDefault="003C15B8" w:rsidP="00427455">
      <w:pPr>
        <w:pStyle w:val="Listapunktowana"/>
        <w:numPr>
          <w:ilvl w:val="0"/>
          <w:numId w:val="10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Niekaralność z rejestru podejrzanych o przestępstwa na tle seksualnym (wymóg bezwzględny przy pracy w szkole).</w:t>
      </w:r>
    </w:p>
    <w:p w14:paraId="4585067A" w14:textId="77777777" w:rsidR="00CB0BC2" w:rsidRPr="00427455" w:rsidRDefault="003C15B8" w:rsidP="00427455">
      <w:pPr>
        <w:pStyle w:val="Listapunktowana"/>
        <w:numPr>
          <w:ilvl w:val="0"/>
          <w:numId w:val="10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Stan zdrowia pozwalający na wykonywanie pracy na stanowisku sprzątaczki.</w:t>
      </w:r>
    </w:p>
    <w:p w14:paraId="1B564466" w14:textId="77777777" w:rsidR="00CB0BC2" w:rsidRPr="00427455" w:rsidRDefault="003C15B8" w:rsidP="00427455">
      <w:pPr>
        <w:pStyle w:val="Listapunktowana"/>
        <w:numPr>
          <w:ilvl w:val="0"/>
          <w:numId w:val="10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Wykształcenie: co najmniej podstawowe lub zasadnicze zawodowe.</w:t>
      </w:r>
    </w:p>
    <w:p w14:paraId="578ABADF" w14:textId="77777777" w:rsidR="00EE759A" w:rsidRPr="00427455" w:rsidRDefault="00EE759A" w:rsidP="00427455">
      <w:pPr>
        <w:pStyle w:val="Listapunktowana"/>
        <w:numPr>
          <w:ilvl w:val="0"/>
          <w:numId w:val="0"/>
        </w:numPr>
        <w:spacing w:after="0" w:line="240" w:lineRule="auto"/>
        <w:ind w:left="360"/>
        <w:rPr>
          <w:rFonts w:cs="Arial"/>
          <w:lang w:val="pl-PL"/>
        </w:rPr>
      </w:pPr>
    </w:p>
    <w:p w14:paraId="002FD13C" w14:textId="77777777" w:rsidR="00CB0BC2" w:rsidRPr="00427455" w:rsidRDefault="003C15B8" w:rsidP="00427455">
      <w:pPr>
        <w:spacing w:after="0" w:line="240" w:lineRule="auto"/>
        <w:rPr>
          <w:rFonts w:cs="Arial"/>
          <w:lang w:val="pl-PL"/>
        </w:rPr>
      </w:pPr>
      <w:r w:rsidRPr="00427455">
        <w:rPr>
          <w:rFonts w:cs="Arial"/>
          <w:b/>
          <w:lang w:val="pl-PL"/>
        </w:rPr>
        <w:t>II. Wymagania dodatkowe:</w:t>
      </w:r>
    </w:p>
    <w:p w14:paraId="457AA491" w14:textId="77777777" w:rsidR="00CB0BC2" w:rsidRPr="00427455" w:rsidRDefault="003C15B8" w:rsidP="00427455">
      <w:pPr>
        <w:pStyle w:val="Listapunktowana"/>
        <w:numPr>
          <w:ilvl w:val="0"/>
          <w:numId w:val="11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Doświadczenie zawodowe na podobnym stanowisku (mile widziane w placówce oświatowej).</w:t>
      </w:r>
    </w:p>
    <w:p w14:paraId="0D082A3E" w14:textId="77777777" w:rsidR="00CB0BC2" w:rsidRPr="00427455" w:rsidRDefault="003C15B8" w:rsidP="00427455">
      <w:pPr>
        <w:pStyle w:val="Listapunktowana"/>
        <w:numPr>
          <w:ilvl w:val="0"/>
          <w:numId w:val="11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Dokładność, sumienność, odpowiedzialność i wysoka kultura osobista.</w:t>
      </w:r>
    </w:p>
    <w:p w14:paraId="0D494D0A" w14:textId="77777777" w:rsidR="00CB0BC2" w:rsidRPr="00427455" w:rsidRDefault="003C15B8" w:rsidP="00427455">
      <w:pPr>
        <w:pStyle w:val="Listapunktowana"/>
        <w:numPr>
          <w:ilvl w:val="0"/>
          <w:numId w:val="11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Umiejętność pracy w zespole oraz dobra organizacja własnej pracy.</w:t>
      </w:r>
    </w:p>
    <w:p w14:paraId="501D3B2B" w14:textId="77777777" w:rsidR="00CB0BC2" w:rsidRPr="00427455" w:rsidRDefault="003C15B8" w:rsidP="00427455">
      <w:pPr>
        <w:pStyle w:val="Listapunktowana"/>
        <w:numPr>
          <w:ilvl w:val="0"/>
          <w:numId w:val="11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Brak przeciwwskazań do stosowania środków chemicznych (dezynfekujących i czyszczących).</w:t>
      </w:r>
    </w:p>
    <w:p w14:paraId="0C73C5DA" w14:textId="77777777" w:rsidR="00EE759A" w:rsidRPr="00427455" w:rsidRDefault="00EE759A" w:rsidP="00427455">
      <w:pPr>
        <w:pStyle w:val="Listapunktowana"/>
        <w:numPr>
          <w:ilvl w:val="0"/>
          <w:numId w:val="11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 xml:space="preserve">Umiejętność obsługi maszyn czyszczących (np. </w:t>
      </w:r>
      <w:r w:rsidR="003C15B8" w:rsidRPr="00427455">
        <w:rPr>
          <w:rFonts w:cs="Arial"/>
          <w:lang w:val="pl-PL"/>
        </w:rPr>
        <w:t>froterek, odkurzaczy przemysłowych</w:t>
      </w:r>
      <w:r w:rsidRPr="00427455">
        <w:rPr>
          <w:rFonts w:cs="Arial"/>
          <w:lang w:val="pl-PL"/>
        </w:rPr>
        <w:t>)</w:t>
      </w:r>
      <w:r w:rsidR="003C15B8" w:rsidRPr="00427455">
        <w:rPr>
          <w:rFonts w:cs="Arial"/>
          <w:lang w:val="pl-PL"/>
        </w:rPr>
        <w:t>.</w:t>
      </w:r>
    </w:p>
    <w:p w14:paraId="5079FEE1" w14:textId="77777777" w:rsidR="00EE759A" w:rsidRPr="00427455" w:rsidRDefault="00EE759A" w:rsidP="00427455">
      <w:pPr>
        <w:pStyle w:val="Listapunktowana"/>
        <w:numPr>
          <w:ilvl w:val="0"/>
          <w:numId w:val="0"/>
        </w:numPr>
        <w:spacing w:after="0" w:line="240" w:lineRule="auto"/>
        <w:ind w:left="567"/>
        <w:rPr>
          <w:rFonts w:cs="Arial"/>
          <w:lang w:val="pl-PL"/>
        </w:rPr>
      </w:pPr>
    </w:p>
    <w:p w14:paraId="7333F0E6" w14:textId="77777777" w:rsidR="00CB0BC2" w:rsidRPr="00427455" w:rsidRDefault="00EF2840" w:rsidP="00427455">
      <w:pPr>
        <w:spacing w:after="0" w:line="240" w:lineRule="auto"/>
        <w:rPr>
          <w:rFonts w:cs="Arial"/>
          <w:lang w:val="pl-PL"/>
        </w:rPr>
      </w:pPr>
      <w:r w:rsidRPr="00427455">
        <w:rPr>
          <w:rFonts w:cs="Arial"/>
          <w:b/>
          <w:lang w:val="pl-PL"/>
        </w:rPr>
        <w:t>III</w:t>
      </w:r>
      <w:r w:rsidR="003C15B8" w:rsidRPr="00427455">
        <w:rPr>
          <w:rFonts w:cs="Arial"/>
          <w:b/>
          <w:lang w:val="pl-PL"/>
        </w:rPr>
        <w:t>. Główny zakres zadań i obowiązków:</w:t>
      </w:r>
    </w:p>
    <w:p w14:paraId="2AADAEBA" w14:textId="77777777" w:rsidR="00CB0BC2" w:rsidRPr="00427455" w:rsidRDefault="003C15B8" w:rsidP="00427455">
      <w:pPr>
        <w:pStyle w:val="Listapunktowana"/>
        <w:numPr>
          <w:ilvl w:val="0"/>
          <w:numId w:val="12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Utrzymywanie w czystości przydzielonych pomieszczeń (sal lekcyjnych, korytarzy, łazienek, pomieszczeń administracyjnych) zgodnie z wymogami sanitarno-higienicznymi.</w:t>
      </w:r>
    </w:p>
    <w:p w14:paraId="6414E31F" w14:textId="77777777" w:rsidR="00CB0BC2" w:rsidRPr="00427455" w:rsidRDefault="003C15B8" w:rsidP="00427455">
      <w:pPr>
        <w:pStyle w:val="Listapunktowana"/>
        <w:numPr>
          <w:ilvl w:val="0"/>
          <w:numId w:val="12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Codzienne zamiatanie, odkurzanie, mycie podłóg, ścieranie kurzu z mebli, parapetów i sprzętów szkolnych.</w:t>
      </w:r>
    </w:p>
    <w:p w14:paraId="1059F607" w14:textId="77777777" w:rsidR="00CB0BC2" w:rsidRPr="00427455" w:rsidRDefault="003C15B8" w:rsidP="00427455">
      <w:pPr>
        <w:pStyle w:val="Listapunktowana"/>
        <w:numPr>
          <w:ilvl w:val="0"/>
          <w:numId w:val="12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Opróżnianie koszy na śmieci i dbanie o segregację odpadów.</w:t>
      </w:r>
    </w:p>
    <w:p w14:paraId="6640353F" w14:textId="77777777" w:rsidR="00CB0BC2" w:rsidRPr="00427455" w:rsidRDefault="003C15B8" w:rsidP="00427455">
      <w:pPr>
        <w:pStyle w:val="Listapunktowana"/>
        <w:numPr>
          <w:ilvl w:val="0"/>
          <w:numId w:val="12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Mycie okien, drzwi, lamperii oraz innych powierzchni szklanych i zmywalnych według harmonogramu.</w:t>
      </w:r>
    </w:p>
    <w:p w14:paraId="48478F66" w14:textId="77777777" w:rsidR="00CB0BC2" w:rsidRPr="00427455" w:rsidRDefault="003C15B8" w:rsidP="00427455">
      <w:pPr>
        <w:pStyle w:val="Listapunktowana"/>
        <w:numPr>
          <w:ilvl w:val="0"/>
          <w:numId w:val="12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Dezynfekcja urządzeń sanitarnych oraz uzupełnianie środków higienicznych (mydło, papier, ręczniki).</w:t>
      </w:r>
    </w:p>
    <w:p w14:paraId="7C5509E7" w14:textId="77777777" w:rsidR="00CB0BC2" w:rsidRPr="00427455" w:rsidRDefault="003C15B8" w:rsidP="00427455">
      <w:pPr>
        <w:pStyle w:val="Listapunktowana"/>
        <w:numPr>
          <w:ilvl w:val="0"/>
          <w:numId w:val="12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Zgłaszanie usterek, awarii i zniszczeń w mieniu szkolnym bezpośrednio przełożonemu.</w:t>
      </w:r>
    </w:p>
    <w:p w14:paraId="6569D88E" w14:textId="77777777" w:rsidR="00CB0BC2" w:rsidRPr="00427455" w:rsidRDefault="003C15B8" w:rsidP="00427455">
      <w:pPr>
        <w:pStyle w:val="Listapunktowana"/>
        <w:numPr>
          <w:ilvl w:val="0"/>
          <w:numId w:val="12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Dbanie o powierzone narzędzia pracy, maszyny czyszczące i oszczędne gospodarowanie środkami czystości.</w:t>
      </w:r>
    </w:p>
    <w:p w14:paraId="28A5A052" w14:textId="77777777" w:rsidR="00CB0BC2" w:rsidRPr="00427455" w:rsidRDefault="003C15B8" w:rsidP="00427455">
      <w:pPr>
        <w:pStyle w:val="Listapunktowana"/>
        <w:numPr>
          <w:ilvl w:val="0"/>
          <w:numId w:val="12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Przestrzeganie przepisów BHP, przeciwpożarowych oraz procedur wewnętrznych szkoły.</w:t>
      </w:r>
    </w:p>
    <w:p w14:paraId="7504305E" w14:textId="77777777" w:rsidR="00EE759A" w:rsidRPr="00427455" w:rsidRDefault="00EE759A" w:rsidP="00427455">
      <w:pPr>
        <w:pStyle w:val="Listapunktowana"/>
        <w:numPr>
          <w:ilvl w:val="0"/>
          <w:numId w:val="0"/>
        </w:numPr>
        <w:spacing w:after="0" w:line="240" w:lineRule="auto"/>
        <w:ind w:left="567"/>
        <w:rPr>
          <w:rFonts w:cs="Arial"/>
          <w:lang w:val="pl-PL"/>
        </w:rPr>
      </w:pPr>
    </w:p>
    <w:p w14:paraId="3CC08A66" w14:textId="77777777" w:rsidR="00CB0BC2" w:rsidRPr="00427455" w:rsidRDefault="00EF2840" w:rsidP="00427455">
      <w:pPr>
        <w:spacing w:after="0" w:line="240" w:lineRule="auto"/>
        <w:rPr>
          <w:rFonts w:cs="Arial"/>
          <w:lang w:val="pl-PL"/>
        </w:rPr>
      </w:pPr>
      <w:r w:rsidRPr="00427455">
        <w:rPr>
          <w:rFonts w:cs="Arial"/>
          <w:b/>
          <w:lang w:val="pl-PL"/>
        </w:rPr>
        <w:t>I</w:t>
      </w:r>
      <w:r w:rsidR="003C15B8" w:rsidRPr="00427455">
        <w:rPr>
          <w:rFonts w:cs="Arial"/>
          <w:b/>
          <w:lang w:val="pl-PL"/>
        </w:rPr>
        <w:t>V. Wymagane dokumenty:</w:t>
      </w:r>
    </w:p>
    <w:p w14:paraId="418A3575" w14:textId="77777777" w:rsidR="00CB0BC2" w:rsidRPr="00427455" w:rsidRDefault="003C15B8" w:rsidP="00427455">
      <w:pPr>
        <w:pStyle w:val="Listapunktowana"/>
        <w:numPr>
          <w:ilvl w:val="0"/>
          <w:numId w:val="13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lastRenderedPageBreak/>
        <w:t>List motywacyjny oraz życiorys (CV) – opatrzone własnoręcznym podpisem.</w:t>
      </w:r>
    </w:p>
    <w:p w14:paraId="6E31B180" w14:textId="77777777" w:rsidR="00CB0BC2" w:rsidRPr="00427455" w:rsidRDefault="003C15B8" w:rsidP="00427455">
      <w:pPr>
        <w:pStyle w:val="Listapunktowana"/>
        <w:numPr>
          <w:ilvl w:val="0"/>
          <w:numId w:val="13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Kserokopie dokumentów potwierdzających wykształcenie.</w:t>
      </w:r>
    </w:p>
    <w:p w14:paraId="03738034" w14:textId="77777777" w:rsidR="00CB0BC2" w:rsidRPr="00427455" w:rsidRDefault="003C15B8" w:rsidP="00427455">
      <w:pPr>
        <w:pStyle w:val="Listapunktowana"/>
        <w:numPr>
          <w:ilvl w:val="0"/>
          <w:numId w:val="13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Kserokopie świadectw pracy z poprzednich miejsc zatrudnienia (jeśli dotyczy).</w:t>
      </w:r>
    </w:p>
    <w:p w14:paraId="0109F262" w14:textId="77777777" w:rsidR="00CB0BC2" w:rsidRPr="00427455" w:rsidRDefault="003C15B8" w:rsidP="00427455">
      <w:pPr>
        <w:pStyle w:val="Listapunktowana"/>
        <w:numPr>
          <w:ilvl w:val="0"/>
          <w:numId w:val="13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Oświadczenie o pełnej zdolności do czynności prawnych i korzystaniu z pełni praw publicznych.</w:t>
      </w:r>
    </w:p>
    <w:p w14:paraId="75A44282" w14:textId="77777777" w:rsidR="00CB0BC2" w:rsidRPr="00427455" w:rsidRDefault="003C15B8" w:rsidP="00427455">
      <w:pPr>
        <w:pStyle w:val="Listapunktowana"/>
        <w:numPr>
          <w:ilvl w:val="0"/>
          <w:numId w:val="13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Oświadczenie o niekaralności za przestępstwa umyślne.</w:t>
      </w:r>
    </w:p>
    <w:p w14:paraId="39987C2D" w14:textId="77777777" w:rsidR="00CB0BC2" w:rsidRPr="00427455" w:rsidRDefault="003C15B8" w:rsidP="00427455">
      <w:pPr>
        <w:pStyle w:val="Listapunktowana"/>
        <w:numPr>
          <w:ilvl w:val="0"/>
          <w:numId w:val="13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Oświadczenie o braku przeciwwskazań zdrowotnych do wykonywania pracy na danym stanowisku.</w:t>
      </w:r>
    </w:p>
    <w:p w14:paraId="29E08E9C" w14:textId="77777777" w:rsidR="00CB0BC2" w:rsidRPr="00427455" w:rsidRDefault="003C15B8" w:rsidP="00427455">
      <w:pPr>
        <w:pStyle w:val="Listapunktowana"/>
        <w:numPr>
          <w:ilvl w:val="0"/>
          <w:numId w:val="13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Oświadczenie o wyrażeniu zgody na przetwarzanie danych osobowych (RODO) do celów rekrutacji.</w:t>
      </w:r>
    </w:p>
    <w:p w14:paraId="26CBBC5B" w14:textId="77777777" w:rsidR="00EE759A" w:rsidRPr="00427455" w:rsidRDefault="00EE759A" w:rsidP="00427455">
      <w:pPr>
        <w:pStyle w:val="Listapunktowana"/>
        <w:numPr>
          <w:ilvl w:val="0"/>
          <w:numId w:val="0"/>
        </w:numPr>
        <w:spacing w:after="0" w:line="240" w:lineRule="auto"/>
        <w:ind w:left="567"/>
        <w:rPr>
          <w:rFonts w:cs="Arial"/>
          <w:lang w:val="pl-PL"/>
        </w:rPr>
      </w:pPr>
    </w:p>
    <w:p w14:paraId="7105C60C" w14:textId="77777777" w:rsidR="00CB0BC2" w:rsidRPr="00427455" w:rsidRDefault="003C15B8" w:rsidP="00427455">
      <w:pPr>
        <w:spacing w:after="0" w:line="240" w:lineRule="auto"/>
        <w:rPr>
          <w:rFonts w:cs="Arial"/>
          <w:lang w:val="pl-PL"/>
        </w:rPr>
      </w:pPr>
      <w:r w:rsidRPr="00427455">
        <w:rPr>
          <w:rFonts w:cs="Arial"/>
          <w:b/>
          <w:lang w:val="pl-PL"/>
        </w:rPr>
        <w:t>V. Termin i miejsce składania dokumentów:</w:t>
      </w:r>
    </w:p>
    <w:p w14:paraId="058BB625" w14:textId="77777777" w:rsidR="00EE759A" w:rsidRPr="00427455" w:rsidRDefault="003C15B8" w:rsidP="00427455">
      <w:pPr>
        <w:pStyle w:val="Akapitzlist"/>
        <w:numPr>
          <w:ilvl w:val="0"/>
          <w:numId w:val="14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i/>
          <w:lang w:val="pl-PL"/>
        </w:rPr>
        <w:t xml:space="preserve">Dokumenty należy składać w zamkniętej kopercie z dopiskiem: </w:t>
      </w:r>
      <w:r w:rsidRPr="00427455">
        <w:rPr>
          <w:rFonts w:cs="Arial"/>
          <w:b/>
          <w:lang w:val="pl-PL"/>
        </w:rPr>
        <w:t xml:space="preserve">„Nabór na stanowisko Pracownika obsługi – osoby sprzątającej w </w:t>
      </w:r>
      <w:r w:rsidR="00EE759A" w:rsidRPr="00427455">
        <w:rPr>
          <w:rFonts w:cs="Arial"/>
          <w:b/>
          <w:lang w:val="pl-PL"/>
        </w:rPr>
        <w:t>Zespole Szkół Technicznych we Włocławku</w:t>
      </w:r>
      <w:r w:rsidRPr="00427455">
        <w:rPr>
          <w:rFonts w:cs="Arial"/>
          <w:b/>
          <w:lang w:val="pl-PL"/>
        </w:rPr>
        <w:t>”</w:t>
      </w:r>
      <w:r w:rsidRPr="00427455">
        <w:rPr>
          <w:rFonts w:cs="Arial"/>
          <w:lang w:val="pl-PL"/>
        </w:rPr>
        <w:t xml:space="preserve"> osobiście w sekretariacie szkoły lub przesłać </w:t>
      </w:r>
      <w:r w:rsidR="00EE759A" w:rsidRPr="00427455">
        <w:rPr>
          <w:rFonts w:cs="Arial"/>
          <w:lang w:val="pl-PL"/>
        </w:rPr>
        <w:t xml:space="preserve">elektronicznie na adres szkoły: </w:t>
      </w:r>
      <w:hyperlink r:id="rId6" w:history="1">
        <w:r w:rsidR="00EE759A" w:rsidRPr="00427455">
          <w:rPr>
            <w:rStyle w:val="Hipercze"/>
            <w:rFonts w:cs="Arial"/>
            <w:lang w:val="pl-PL"/>
          </w:rPr>
          <w:t>zst@edukacja.wloclawek.eu</w:t>
        </w:r>
      </w:hyperlink>
    </w:p>
    <w:p w14:paraId="5BD75F9D" w14:textId="77777777" w:rsidR="00EE759A" w:rsidRPr="00427455" w:rsidRDefault="003C15B8" w:rsidP="00427455">
      <w:pPr>
        <w:pStyle w:val="Akapitzlist"/>
        <w:numPr>
          <w:ilvl w:val="0"/>
          <w:numId w:val="14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b/>
          <w:lang w:val="pl-PL"/>
        </w:rPr>
        <w:t xml:space="preserve">Termin składania dokumentów upływa dnia: </w:t>
      </w:r>
      <w:r w:rsidR="00EF2840" w:rsidRPr="00427455">
        <w:rPr>
          <w:rFonts w:cs="Arial"/>
          <w:lang w:val="pl-PL"/>
        </w:rPr>
        <w:t>28</w:t>
      </w:r>
      <w:r w:rsidR="00EE759A" w:rsidRPr="00427455">
        <w:rPr>
          <w:rFonts w:cs="Arial"/>
          <w:lang w:val="pl-PL"/>
        </w:rPr>
        <w:t xml:space="preserve">.08.2026 r. </w:t>
      </w:r>
      <w:r w:rsidRPr="00427455">
        <w:rPr>
          <w:rFonts w:cs="Arial"/>
          <w:lang w:val="pl-PL"/>
        </w:rPr>
        <w:t xml:space="preserve">o godzinie </w:t>
      </w:r>
      <w:r w:rsidR="00EE759A" w:rsidRPr="00427455">
        <w:rPr>
          <w:rFonts w:cs="Arial"/>
          <w:lang w:val="pl-PL"/>
        </w:rPr>
        <w:t>14:00</w:t>
      </w:r>
      <w:r w:rsidRPr="00427455">
        <w:rPr>
          <w:rFonts w:cs="Arial"/>
          <w:lang w:val="pl-PL"/>
        </w:rPr>
        <w:t>.</w:t>
      </w:r>
    </w:p>
    <w:p w14:paraId="707BF062" w14:textId="77777777" w:rsidR="00CB0BC2" w:rsidRPr="00427455" w:rsidRDefault="003C15B8" w:rsidP="00427455">
      <w:pPr>
        <w:pStyle w:val="Akapitzlist"/>
        <w:numPr>
          <w:ilvl w:val="0"/>
          <w:numId w:val="14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cs="Arial"/>
          <w:lang w:val="pl-PL"/>
        </w:rPr>
        <w:t>Aplikacje, które wpłyną po wyznaczonym terminie, nie będą rozpatrywane.</w:t>
      </w:r>
    </w:p>
    <w:p w14:paraId="5DC1E473" w14:textId="77777777" w:rsidR="00EE759A" w:rsidRPr="00427455" w:rsidRDefault="00EE759A" w:rsidP="00427455">
      <w:pPr>
        <w:pStyle w:val="Akapitzlist"/>
        <w:numPr>
          <w:ilvl w:val="0"/>
          <w:numId w:val="14"/>
        </w:numPr>
        <w:spacing w:after="0" w:line="240" w:lineRule="auto"/>
        <w:ind w:left="567" w:hanging="283"/>
        <w:rPr>
          <w:rFonts w:cs="Arial"/>
          <w:lang w:val="pl-PL"/>
        </w:rPr>
      </w:pPr>
      <w:r w:rsidRPr="00427455">
        <w:rPr>
          <w:rFonts w:eastAsia="Times New Roman" w:cs="Arial"/>
          <w:iCs/>
          <w:lang w:val="pl-PL" w:eastAsia="pl-PL"/>
        </w:rPr>
        <w:t>Zastrzegamy sobie prawo do kontaktu wyłącznie z wybranymi kandydatami.</w:t>
      </w:r>
    </w:p>
    <w:sectPr w:rsidR="00EE759A" w:rsidRPr="00427455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1B470E"/>
    <w:multiLevelType w:val="multilevel"/>
    <w:tmpl w:val="6C12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8325B8"/>
    <w:multiLevelType w:val="hybridMultilevel"/>
    <w:tmpl w:val="2B9AFB1E"/>
    <w:lvl w:ilvl="0" w:tplc="366402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162C4"/>
    <w:multiLevelType w:val="hybridMultilevel"/>
    <w:tmpl w:val="5FF0029E"/>
    <w:lvl w:ilvl="0" w:tplc="C1E044D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BE48B2"/>
    <w:multiLevelType w:val="multilevel"/>
    <w:tmpl w:val="1BF2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99684B"/>
    <w:multiLevelType w:val="hybridMultilevel"/>
    <w:tmpl w:val="F0D0218A"/>
    <w:lvl w:ilvl="0" w:tplc="1B90E5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55CE6"/>
    <w:multiLevelType w:val="hybridMultilevel"/>
    <w:tmpl w:val="7C8EE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037E7"/>
    <w:multiLevelType w:val="multilevel"/>
    <w:tmpl w:val="9B64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12168"/>
    <w:multiLevelType w:val="multilevel"/>
    <w:tmpl w:val="A0BE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880ED3"/>
    <w:multiLevelType w:val="multilevel"/>
    <w:tmpl w:val="EDDA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3A22E1"/>
    <w:multiLevelType w:val="hybridMultilevel"/>
    <w:tmpl w:val="71BCA76A"/>
    <w:lvl w:ilvl="0" w:tplc="319A50B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2A03D2"/>
    <w:multiLevelType w:val="hybridMultilevel"/>
    <w:tmpl w:val="EBA6F496"/>
    <w:lvl w:ilvl="0" w:tplc="AB94B6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05802"/>
    <w:multiLevelType w:val="hybridMultilevel"/>
    <w:tmpl w:val="3C587AEE"/>
    <w:lvl w:ilvl="0" w:tplc="625242A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6D14A5"/>
    <w:multiLevelType w:val="multilevel"/>
    <w:tmpl w:val="5FA2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38010A"/>
    <w:multiLevelType w:val="multilevel"/>
    <w:tmpl w:val="12CEC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985B58"/>
    <w:multiLevelType w:val="multilevel"/>
    <w:tmpl w:val="F466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8"/>
  </w:num>
  <w:num w:numId="11">
    <w:abstractNumId w:val="13"/>
  </w:num>
  <w:num w:numId="12">
    <w:abstractNumId w:val="11"/>
  </w:num>
  <w:num w:numId="13">
    <w:abstractNumId w:val="20"/>
  </w:num>
  <w:num w:numId="14">
    <w:abstractNumId w:val="10"/>
  </w:num>
  <w:num w:numId="15">
    <w:abstractNumId w:val="17"/>
  </w:num>
  <w:num w:numId="16">
    <w:abstractNumId w:val="12"/>
  </w:num>
  <w:num w:numId="17">
    <w:abstractNumId w:val="15"/>
  </w:num>
  <w:num w:numId="18">
    <w:abstractNumId w:val="21"/>
  </w:num>
  <w:num w:numId="19">
    <w:abstractNumId w:val="16"/>
  </w:num>
  <w:num w:numId="20">
    <w:abstractNumId w:val="22"/>
  </w:num>
  <w:num w:numId="21">
    <w:abstractNumId w:val="9"/>
  </w:num>
  <w:num w:numId="22">
    <w:abstractNumId w:val="23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2077"/>
    <w:rsid w:val="0029639D"/>
    <w:rsid w:val="00321CAF"/>
    <w:rsid w:val="00326F90"/>
    <w:rsid w:val="003C15B8"/>
    <w:rsid w:val="00427455"/>
    <w:rsid w:val="00483C2A"/>
    <w:rsid w:val="006726F5"/>
    <w:rsid w:val="00AA1D8D"/>
    <w:rsid w:val="00B47730"/>
    <w:rsid w:val="00CB0664"/>
    <w:rsid w:val="00CB0BC2"/>
    <w:rsid w:val="00EE759A"/>
    <w:rsid w:val="00EF28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E050D2"/>
  <w14:defaultImageDpi w14:val="300"/>
  <w15:docId w15:val="{699C43B7-A7E5-4FDF-9172-3079871F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EE75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7941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3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822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2691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55866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5001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220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882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6474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4272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766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26126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4217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8840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5049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8819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219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st@edukacja.wloclawek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873A04-2E49-4AFF-B794-26A92103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2938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marcom.mk@outlook.com</cp:lastModifiedBy>
  <cp:revision>2</cp:revision>
  <dcterms:created xsi:type="dcterms:W3CDTF">2026-08-21T06:42:00Z</dcterms:created>
  <dcterms:modified xsi:type="dcterms:W3CDTF">2026-08-21T06:42:00Z</dcterms:modified>
</cp:coreProperties>
</file>